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Ranking summary: Full-Stack Developer (our first engineering hire)</w:t>
      </w:r>
    </w:p>
    <w:p>
      <w:r>
        <w:t>Generated 2026-10-16 14:52 UTC · Job profile status: scoring complete · Last scored: 2026-10-14 16:41 UTC</w:t>
      </w:r>
    </w:p>
    <w:p>
      <w:pPr>
        <w:pStyle w:val="Heading2"/>
      </w:pPr>
      <w:r>
        <w:t>Job description</w:t>
      </w:r>
    </w:p>
    <w:p>
      <w:r>
        <w:t>Full-Stack Developer (our first engineering hire)</w:t>
      </w:r>
    </w:p>
    <w:p>
      <w:r>
        <w:t>Chicago, Illinois, USA (hybrid, two days a week in our office in Wicker Park)</w:t>
      </w:r>
    </w:p>
    <w:p>
      <w:r>
        <w:t>Salary: $115,000 to $135,000, plus a bonus tied to company results</w:t>
      </w:r>
    </w:p>
    <w:p>
      <w:pPr>
        <w:pStyle w:val="Heading2"/>
      </w:pPr>
      <w:r>
        <w:t>Must-have criteria (70 points)</w:t>
      </w:r>
    </w:p>
    <w:p>
      <w:pPr>
        <w:pStyle w:val="ListBullet"/>
      </w:pPr>
      <w:r>
        <w:t>3+ years building web applications with some backend experience - 17.50 points</w:t>
      </w:r>
    </w:p>
    <w:p>
      <w:pPr>
        <w:pStyle w:val="ListBullet"/>
      </w:pPr>
      <w:r>
        <w:t>Has shipped a product end-to-end and can work independently without a team - 17.50 points</w:t>
      </w:r>
    </w:p>
    <w:p>
      <w:pPr>
        <w:pStyle w:val="ListBullet"/>
      </w:pPr>
      <w:r>
        <w:t>Practical SQL knowledge and comfort with basic cloud hosting - 17.50 points</w:t>
      </w:r>
    </w:p>
    <w:p>
      <w:pPr>
        <w:pStyle w:val="ListBullet"/>
      </w:pPr>
      <w:r>
        <w:t>Ability to explain technical decisions to non-technical stakeholders - 17.50 points</w:t>
      </w:r>
    </w:p>
    <w:p>
      <w:pPr>
        <w:pStyle w:val="Heading2"/>
      </w:pPr>
      <w:r>
        <w:t>Secondary criteria (30 points)</w:t>
      </w:r>
    </w:p>
    <w:p>
      <w:pPr>
        <w:pStyle w:val="ListBullet"/>
      </w:pPr>
      <w:r>
        <w:t>Experience with payment systems like Stripe - 10.00 points</w:t>
      </w:r>
    </w:p>
    <w:p>
      <w:pPr>
        <w:pStyle w:val="ListBullet"/>
      </w:pPr>
      <w:r>
        <w:t>Background at an early-stage startup or small agency - 10.00 points</w:t>
      </w:r>
    </w:p>
    <w:p>
      <w:pPr>
        <w:pStyle w:val="ListBullet"/>
      </w:pPr>
      <w:r>
        <w:t>Familiarity with calendar, scheduling, or invoicing domain problems - 10.00 points</w:t>
      </w:r>
    </w:p>
    <w:p>
      <w:r>
        <w:t>A candidate meets all must-have criteria when every must-have that has been scored has a rubric score of at least 2 of 4 (partially met).</w:t>
      </w:r>
    </w:p>
    <w:p>
      <w:pPr>
        <w:pStyle w:val="Heading2"/>
      </w:pPr>
      <w:r>
        <w:t>Candidates meeting all must-have criteria (3)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Resume title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Total score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Scoring status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Scored at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ZARA AHMADI</w:t>
            </w:r>
          </w:p>
        </w:tc>
        <w:tc>
          <w:tcPr>
            <w:tcW w:type="dxa" w:w="1440"/>
          </w:tcPr>
          <w:p>
            <w:r>
              <w:t>Full-Stack Developer &amp; Founder</w:t>
              <w:br/>
              <w:t>Vancouver, BC, Canada | zara.ahmadi@example.com | +1 604 555 0139 | linkedin.com/in/zaraahmadi</w:t>
            </w:r>
          </w:p>
        </w:tc>
        <w:tc>
          <w:tcPr>
            <w:tcW w:type="dxa" w:w="1440"/>
          </w:tcPr>
          <w:p>
            <w:r>
              <w:t>84.38 / 100</w:t>
            </w:r>
          </w:p>
        </w:tc>
        <w:tc>
          <w:tcPr>
            <w:tcW w:type="dxa" w:w="1440"/>
          </w:tcPr>
          <w:p>
            <w:r>
              <w:t>Scored</w:t>
            </w:r>
          </w:p>
        </w:tc>
        <w:tc>
          <w:tcPr>
            <w:tcW w:type="dxa" w:w="1440"/>
          </w:tcPr>
          <w:p>
            <w:r>
              <w:t>2026-10-14 16:41 UTC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ANDRÉ JOHNSON</w:t>
            </w:r>
          </w:p>
        </w:tc>
        <w:tc>
          <w:tcPr>
            <w:tcW w:type="dxa" w:w="1440"/>
          </w:tcPr>
          <w:p>
            <w:r>
              <w:t>Software Developer</w:t>
              <w:br/>
              <w:t>Chicago, IL, USA | andre.johnson@example.com | +1 773 555 0118 | linkedin.com/in/andrejohnson</w:t>
            </w:r>
          </w:p>
        </w:tc>
        <w:tc>
          <w:tcPr>
            <w:tcW w:type="dxa" w:w="1440"/>
          </w:tcPr>
          <w:p>
            <w:r>
              <w:t>61.88 / 100</w:t>
            </w:r>
          </w:p>
        </w:tc>
        <w:tc>
          <w:tcPr>
            <w:tcW w:type="dxa" w:w="1440"/>
          </w:tcPr>
          <w:p>
            <w:r>
              <w:t>Scored</w:t>
            </w:r>
          </w:p>
        </w:tc>
        <w:tc>
          <w:tcPr>
            <w:tcW w:type="dxa" w:w="1440"/>
          </w:tcPr>
          <w:p>
            <w:r>
              <w:t>2026-10-14 16:41 UTC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BIANCA OKORO</w:t>
            </w:r>
          </w:p>
        </w:tc>
        <w:tc>
          <w:tcPr>
            <w:tcW w:type="dxa" w:w="1440"/>
          </w:tcPr>
          <w:p>
            <w:r>
              <w:t>Full-Stack Developer</w:t>
              <w:br/>
              <w:t>Houston, TX, USA | bianca.okoro@example.com | +1 281 555 0194</w:t>
            </w:r>
          </w:p>
        </w:tc>
        <w:tc>
          <w:tcPr>
            <w:tcW w:type="dxa" w:w="1440"/>
          </w:tcPr>
          <w:p>
            <w:r>
              <w:t>54.38 / 100</w:t>
            </w:r>
          </w:p>
        </w:tc>
        <w:tc>
          <w:tcPr>
            <w:tcW w:type="dxa" w:w="1440"/>
          </w:tcPr>
          <w:p>
            <w:r>
              <w:t>Scored</w:t>
            </w:r>
          </w:p>
        </w:tc>
        <w:tc>
          <w:tcPr>
            <w:tcW w:type="dxa" w:w="1440"/>
          </w:tcPr>
          <w:p>
            <w:r>
              <w:t>2026-10-14 16:41 UTC</w:t>
            </w:r>
          </w:p>
        </w:tc>
      </w:tr>
    </w:tbl>
    <w:p>
      <w:pPr>
        <w:pStyle w:val="Heading2"/>
      </w:pPr>
      <w:r>
        <w:t>All candidates (10)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Rank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Resume title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234"/>
          </w:tcPr>
          <w:p>
            <w:r>
              <w:rPr>
                <w:b/>
              </w:rPr>
              <w:t>Total score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Scoring status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Scored at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Meets all must-haves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ZARA AHMADI</w:t>
            </w:r>
          </w:p>
        </w:tc>
        <w:tc>
          <w:tcPr>
            <w:tcW w:type="dxa" w:w="1234"/>
          </w:tcPr>
          <w:p>
            <w:r>
              <w:t>Full-Stack Developer &amp; Founder</w:t>
              <w:br/>
              <w:t>Vancouver, BC, Canada | zara.ahmadi@example.com | +1 604 555 0139 | linkedin.com/in/zaraahmadi</w:t>
            </w:r>
          </w:p>
        </w:tc>
        <w:tc>
          <w:tcPr>
            <w:tcW w:type="dxa" w:w="1234"/>
          </w:tcPr>
          <w:p>
            <w:r>
              <w:t>84.38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Yes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ESZTER NAGY</w:t>
            </w:r>
          </w:p>
        </w:tc>
        <w:tc>
          <w:tcPr>
            <w:tcW w:type="dxa" w:w="1234"/>
          </w:tcPr>
          <w:p>
            <w:r>
              <w:t>Senior Full-Stack Developer</w:t>
              <w:br/>
              <w:t>Budapest, Hungary | eszter.nagy@example.com | +36 1 555 0187</w:t>
            </w:r>
          </w:p>
        </w:tc>
        <w:tc>
          <w:tcPr>
            <w:tcW w:type="dxa" w:w="1234"/>
          </w:tcPr>
          <w:p>
            <w:r>
              <w:t>70.62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IBRAHIM YUSUF</w:t>
            </w:r>
          </w:p>
        </w:tc>
        <w:tc>
          <w:tcPr>
            <w:tcW w:type="dxa" w:w="1234"/>
          </w:tcPr>
          <w:p>
            <w:r>
              <w:t>Software Engineer</w:t>
              <w:br/>
              <w:t>Nairobi, Kenya | ibrahim.yusuf@example.com | +254 20 555 0166</w:t>
            </w:r>
          </w:p>
        </w:tc>
        <w:tc>
          <w:tcPr>
            <w:tcW w:type="dxa" w:w="1234"/>
          </w:tcPr>
          <w:p>
            <w:r>
              <w:t>65.62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ANDRÉ JOHNSON</w:t>
            </w:r>
          </w:p>
        </w:tc>
        <w:tc>
          <w:tcPr>
            <w:tcW w:type="dxa" w:w="1234"/>
          </w:tcPr>
          <w:p>
            <w:r>
              <w:t>Software Developer</w:t>
              <w:br/>
              <w:t>Chicago, IL, USA | andre.johnson@example.com | +1 773 555 0118 | linkedin.com/in/andrejohnson</w:t>
            </w:r>
          </w:p>
        </w:tc>
        <w:tc>
          <w:tcPr>
            <w:tcW w:type="dxa" w:w="1234"/>
          </w:tcPr>
          <w:p>
            <w:r>
              <w:t>61.88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Yes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LEONARDO FERREIRA</w:t>
            </w:r>
          </w:p>
        </w:tc>
        <w:tc>
          <w:tcPr>
            <w:tcW w:type="dxa" w:w="1234"/>
          </w:tcPr>
          <w:p>
            <w:r>
              <w:t>Full-Stack Developer</w:t>
              <w:br/>
              <w:t>Lisbon, Portugal | leonardo.ferreira@example.com | +351 21 555 0124</w:t>
            </w:r>
          </w:p>
        </w:tc>
        <w:tc>
          <w:tcPr>
            <w:tcW w:type="dxa" w:w="1234"/>
          </w:tcPr>
          <w:p>
            <w:r>
              <w:t>61.25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BIANCA OKORO</w:t>
            </w:r>
          </w:p>
        </w:tc>
        <w:tc>
          <w:tcPr>
            <w:tcW w:type="dxa" w:w="1234"/>
          </w:tcPr>
          <w:p>
            <w:r>
              <w:t>Full-Stack Developer</w:t>
              <w:br/>
              <w:t>Houston, TX, USA | bianca.okoro@example.com | +1 281 555 0194</w:t>
            </w:r>
          </w:p>
        </w:tc>
        <w:tc>
          <w:tcPr>
            <w:tcW w:type="dxa" w:w="1234"/>
          </w:tcPr>
          <w:p>
            <w:r>
              <w:t>54.38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Yes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TAE-HYUN KIM</w:t>
            </w:r>
          </w:p>
        </w:tc>
        <w:tc>
          <w:tcPr>
            <w:tcW w:type="dxa" w:w="1234"/>
          </w:tcPr>
          <w:p>
            <w:r>
              <w:t>Junior Software Developer</w:t>
              <w:br/>
              <w:t>Seattle, WA, USA | taehyun.kim@example.com | +1 206 555 0152</w:t>
            </w:r>
          </w:p>
        </w:tc>
        <w:tc>
          <w:tcPr>
            <w:tcW w:type="dxa" w:w="1234"/>
          </w:tcPr>
          <w:p>
            <w:r>
              <w:t>38.75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CHIDI EZE</w:t>
            </w:r>
          </w:p>
        </w:tc>
        <w:tc>
          <w:tcPr>
            <w:tcW w:type="dxa" w:w="1234"/>
          </w:tcPr>
          <w:p>
            <w:r>
              <w:t>Web Developer</w:t>
              <w:br/>
              <w:t>Lagos, Nigeria (open to relocation) | chidi.eze@example.com | +234 1 555 0147</w:t>
            </w:r>
          </w:p>
        </w:tc>
        <w:tc>
          <w:tcPr>
            <w:tcW w:type="dxa" w:w="1234"/>
          </w:tcPr>
          <w:p>
            <w:r>
              <w:t>34.38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JONAS ERIKSSON</w:t>
            </w:r>
          </w:p>
        </w:tc>
        <w:tc>
          <w:tcPr>
            <w:tcW w:type="dxa" w:w="1234"/>
          </w:tcPr>
          <w:p>
            <w:r>
              <w:t>Mobile Developer</w:t>
              <w:br/>
              <w:t>Gothenburg, Sweden | jonas.eriksson@example.com | +46 31 555 0163</w:t>
            </w:r>
          </w:p>
        </w:tc>
        <w:tc>
          <w:tcPr>
            <w:tcW w:type="dxa" w:w="1234"/>
          </w:tcPr>
          <w:p>
            <w:r>
              <w:t>26.88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ROSA DELGADO</w:t>
            </w:r>
          </w:p>
        </w:tc>
        <w:tc>
          <w:tcPr>
            <w:tcW w:type="dxa" w:w="1234"/>
          </w:tcPr>
          <w:p>
            <w:r>
              <w:t>Frontend Developer</w:t>
              <w:br/>
              <w:t>Buenos Aires, Argentina | rosa.delgado@example.com | +54 11 5550 0173</w:t>
            </w:r>
          </w:p>
        </w:tc>
        <w:tc>
          <w:tcPr>
            <w:tcW w:type="dxa" w:w="1234"/>
          </w:tcPr>
          <w:p>
            <w:r>
              <w:t>26.88 / 100</w:t>
            </w:r>
          </w:p>
        </w:tc>
        <w:tc>
          <w:tcPr>
            <w:tcW w:type="dxa" w:w="1234"/>
          </w:tcPr>
          <w:p>
            <w:r>
              <w:t>Scored</w:t>
            </w:r>
          </w:p>
        </w:tc>
        <w:tc>
          <w:tcPr>
            <w:tcW w:type="dxa" w:w="1234"/>
          </w:tcPr>
          <w:p>
            <w:r>
              <w:t>2026-10-14 16:41 UTC</w:t>
            </w:r>
          </w:p>
        </w:tc>
        <w:tc>
          <w:tcPr>
            <w:tcW w:type="dxa" w:w="1234"/>
          </w:tcPr>
          <w:p>
            <w:r>
              <w:t>No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